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1B9E2" w14:textId="77777777" w:rsidR="00020014" w:rsidRPr="0021407C" w:rsidRDefault="007D1AFF">
      <w:pPr>
        <w:jc w:val="center"/>
        <w:rPr>
          <w:rFonts w:ascii="Verdana" w:hAnsi="Verdana"/>
          <w:sz w:val="20"/>
          <w:szCs w:val="20"/>
          <w:lang w:val="it-IT"/>
        </w:rPr>
      </w:pPr>
      <w:r w:rsidRPr="0021407C">
        <w:rPr>
          <w:rFonts w:ascii="Verdana" w:hAnsi="Verdana"/>
          <w:b/>
          <w:color w:val="1F3C72"/>
          <w:sz w:val="20"/>
          <w:szCs w:val="20"/>
          <w:lang w:val="it-IT"/>
        </w:rPr>
        <w:t>ALLEGATO A</w:t>
      </w:r>
    </w:p>
    <w:p w14:paraId="5564C321" w14:textId="77777777" w:rsidR="00020014" w:rsidRPr="0021407C" w:rsidRDefault="007D1AFF">
      <w:pPr>
        <w:jc w:val="center"/>
        <w:rPr>
          <w:rFonts w:ascii="Verdana" w:hAnsi="Verdana"/>
          <w:sz w:val="20"/>
          <w:szCs w:val="20"/>
          <w:lang w:val="it-IT"/>
        </w:rPr>
      </w:pPr>
      <w:r w:rsidRPr="0021407C">
        <w:rPr>
          <w:rFonts w:ascii="Verdana" w:hAnsi="Verdana"/>
          <w:b/>
          <w:color w:val="3C3C3C"/>
          <w:sz w:val="20"/>
          <w:szCs w:val="20"/>
          <w:lang w:val="it-IT"/>
        </w:rPr>
        <w:t>Fac simile di manifestazione di interesse per il Comitato di gemellaggio</w:t>
      </w:r>
    </w:p>
    <w:p w14:paraId="159EB364" w14:textId="77777777" w:rsidR="00020014" w:rsidRPr="0021407C" w:rsidRDefault="00020014">
      <w:pPr>
        <w:rPr>
          <w:rFonts w:ascii="Verdana" w:hAnsi="Verdana"/>
          <w:sz w:val="20"/>
          <w:szCs w:val="20"/>
          <w:lang w:val="it-IT"/>
        </w:rPr>
      </w:pPr>
    </w:p>
    <w:p w14:paraId="0454B41C" w14:textId="77777777" w:rsidR="00020014" w:rsidRPr="0021407C" w:rsidRDefault="007D1AFF">
      <w:pPr>
        <w:rPr>
          <w:rFonts w:ascii="Verdana" w:hAnsi="Verdana"/>
          <w:sz w:val="20"/>
          <w:szCs w:val="20"/>
          <w:lang w:val="it-IT"/>
        </w:rPr>
      </w:pPr>
      <w:r w:rsidRPr="0021407C">
        <w:rPr>
          <w:rFonts w:ascii="Verdana" w:hAnsi="Verdana"/>
          <w:sz w:val="20"/>
          <w:szCs w:val="20"/>
          <w:lang w:val="it-IT"/>
        </w:rPr>
        <w:t>Al Comune di Desio</w:t>
      </w:r>
    </w:p>
    <w:p w14:paraId="408E532A" w14:textId="77777777" w:rsidR="00020014" w:rsidRPr="0021407C" w:rsidRDefault="007D1AFF">
      <w:pPr>
        <w:rPr>
          <w:rFonts w:ascii="Verdana" w:hAnsi="Verdana"/>
          <w:sz w:val="20"/>
          <w:szCs w:val="20"/>
          <w:lang w:val="it-IT"/>
        </w:rPr>
      </w:pPr>
      <w:r w:rsidRPr="0021407C">
        <w:rPr>
          <w:rFonts w:ascii="Verdana" w:hAnsi="Verdana"/>
          <w:sz w:val="20"/>
          <w:szCs w:val="20"/>
          <w:lang w:val="it-IT"/>
        </w:rPr>
        <w:t>Servizio Segreterie, Protocollo, Controlli Interni e Programmazione</w:t>
      </w:r>
    </w:p>
    <w:p w14:paraId="2F19468E" w14:textId="746900B3" w:rsidR="00020014" w:rsidRPr="0021407C" w:rsidRDefault="007D1AFF">
      <w:pPr>
        <w:rPr>
          <w:rFonts w:ascii="Verdana" w:hAnsi="Verdana"/>
          <w:sz w:val="20"/>
          <w:szCs w:val="20"/>
          <w:lang w:val="it-IT"/>
        </w:rPr>
      </w:pPr>
      <w:r w:rsidRPr="0021407C">
        <w:rPr>
          <w:rFonts w:ascii="Verdana" w:hAnsi="Verdana"/>
          <w:sz w:val="20"/>
          <w:szCs w:val="20"/>
          <w:lang w:val="it-IT"/>
        </w:rPr>
        <w:t>PEC</w:t>
      </w:r>
      <w:r w:rsidR="006A1AE7" w:rsidRPr="0021407C">
        <w:rPr>
          <w:rFonts w:ascii="Verdana" w:hAnsi="Verdana"/>
          <w:sz w:val="20"/>
          <w:szCs w:val="20"/>
          <w:lang w:val="it-IT"/>
        </w:rPr>
        <w:t>/mail:</w:t>
      </w:r>
      <w:r w:rsidRPr="0021407C">
        <w:rPr>
          <w:rFonts w:ascii="Verdana" w:hAnsi="Verdana"/>
          <w:sz w:val="20"/>
          <w:szCs w:val="20"/>
          <w:lang w:val="it-IT"/>
        </w:rPr>
        <w:t xml:space="preserve"> </w:t>
      </w:r>
    </w:p>
    <w:p w14:paraId="77B47652" w14:textId="77777777" w:rsidR="00020014" w:rsidRPr="0021407C" w:rsidRDefault="007D1AFF">
      <w:pPr>
        <w:pStyle w:val="Titolo1"/>
        <w:rPr>
          <w:rFonts w:ascii="Verdana" w:hAnsi="Verdana"/>
          <w:sz w:val="20"/>
          <w:szCs w:val="20"/>
          <w:lang w:val="it-IT"/>
        </w:rPr>
      </w:pPr>
      <w:r w:rsidRPr="0021407C">
        <w:rPr>
          <w:rFonts w:ascii="Verdana" w:hAnsi="Verdana"/>
          <w:sz w:val="20"/>
          <w:szCs w:val="20"/>
          <w:lang w:val="it-IT"/>
        </w:rPr>
        <w:t>Oggetto</w:t>
      </w:r>
    </w:p>
    <w:p w14:paraId="612C2598" w14:textId="77777777" w:rsidR="00020014" w:rsidRPr="0021407C" w:rsidRDefault="007D1AFF" w:rsidP="008A7C7A">
      <w:pPr>
        <w:jc w:val="both"/>
        <w:rPr>
          <w:rFonts w:ascii="Verdana" w:hAnsi="Verdana"/>
          <w:sz w:val="20"/>
          <w:szCs w:val="20"/>
          <w:lang w:val="it-IT"/>
        </w:rPr>
      </w:pPr>
      <w:r w:rsidRPr="0021407C">
        <w:rPr>
          <w:rFonts w:ascii="Verdana" w:hAnsi="Verdana"/>
          <w:sz w:val="20"/>
          <w:szCs w:val="20"/>
          <w:lang w:val="it-IT"/>
        </w:rPr>
        <w:t>Manifestazione di interesse per la partecipazione al Comitato di gemellaggio del Comune di Desio.</w:t>
      </w:r>
    </w:p>
    <w:p w14:paraId="75AB1128" w14:textId="77777777" w:rsidR="00020014" w:rsidRPr="0021407C" w:rsidRDefault="007D1AFF">
      <w:pPr>
        <w:pStyle w:val="Titolo1"/>
        <w:rPr>
          <w:rFonts w:ascii="Verdana" w:hAnsi="Verdana"/>
          <w:sz w:val="20"/>
          <w:szCs w:val="20"/>
        </w:rPr>
      </w:pPr>
      <w:r w:rsidRPr="0021407C">
        <w:rPr>
          <w:rFonts w:ascii="Verdana" w:hAnsi="Verdana"/>
          <w:sz w:val="20"/>
          <w:szCs w:val="20"/>
        </w:rPr>
        <w:t>Dati del dichiarante</w:t>
      </w:r>
    </w:p>
    <w:tbl>
      <w:tblPr>
        <w:tblStyle w:val="Grigliatabella"/>
        <w:tblW w:w="0" w:type="auto"/>
        <w:jc w:val="center"/>
        <w:tblLook w:val="04A0" w:firstRow="1" w:lastRow="0" w:firstColumn="1" w:lastColumn="0" w:noHBand="0" w:noVBand="1"/>
      </w:tblPr>
      <w:tblGrid>
        <w:gridCol w:w="1867"/>
        <w:gridCol w:w="7869"/>
      </w:tblGrid>
      <w:tr w:rsidR="00020014" w:rsidRPr="0021407C" w14:paraId="376F4B34"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3EBE1CAC" w14:textId="77777777" w:rsidR="00020014" w:rsidRPr="0021407C" w:rsidRDefault="007D1AFF">
            <w:pPr>
              <w:rPr>
                <w:rFonts w:ascii="Verdana" w:hAnsi="Verdana"/>
                <w:sz w:val="20"/>
                <w:szCs w:val="20"/>
              </w:rPr>
            </w:pPr>
            <w:r w:rsidRPr="0021407C">
              <w:rPr>
                <w:rFonts w:ascii="Verdana" w:hAnsi="Verdana"/>
                <w:b/>
                <w:color w:val="1F3C72"/>
                <w:sz w:val="20"/>
                <w:szCs w:val="20"/>
              </w:rPr>
              <w:t>Nome e cognome</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1E5ED71E"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4647A898"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43A4D14C" w14:textId="77777777" w:rsidR="00020014" w:rsidRPr="0021407C" w:rsidRDefault="007D1AFF">
            <w:pPr>
              <w:rPr>
                <w:rFonts w:ascii="Verdana" w:hAnsi="Verdana"/>
                <w:sz w:val="20"/>
                <w:szCs w:val="20"/>
              </w:rPr>
            </w:pPr>
            <w:r w:rsidRPr="0021407C">
              <w:rPr>
                <w:rFonts w:ascii="Verdana" w:hAnsi="Verdana"/>
                <w:b/>
                <w:color w:val="1F3C72"/>
                <w:sz w:val="20"/>
                <w:szCs w:val="20"/>
              </w:rPr>
              <w:t>Nato/a a - il</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24FE2E6C"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     ____/____/________</w:t>
            </w:r>
          </w:p>
        </w:tc>
      </w:tr>
      <w:tr w:rsidR="00020014" w:rsidRPr="0021407C" w14:paraId="4615D224"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461BB45F" w14:textId="77777777" w:rsidR="00020014" w:rsidRPr="0021407C" w:rsidRDefault="007D1AFF">
            <w:pPr>
              <w:rPr>
                <w:rFonts w:ascii="Verdana" w:hAnsi="Verdana"/>
                <w:sz w:val="20"/>
                <w:szCs w:val="20"/>
              </w:rPr>
            </w:pPr>
            <w:r w:rsidRPr="0021407C">
              <w:rPr>
                <w:rFonts w:ascii="Verdana" w:hAnsi="Verdana"/>
                <w:b/>
                <w:color w:val="1F3C72"/>
                <w:sz w:val="20"/>
                <w:szCs w:val="20"/>
              </w:rPr>
              <w:t>Codice fiscale</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2FE38298"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00A1F2C5"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4E2B8F83" w14:textId="77777777" w:rsidR="00020014" w:rsidRPr="0021407C" w:rsidRDefault="007D1AFF">
            <w:pPr>
              <w:rPr>
                <w:rFonts w:ascii="Verdana" w:hAnsi="Verdana"/>
                <w:sz w:val="20"/>
                <w:szCs w:val="20"/>
              </w:rPr>
            </w:pPr>
            <w:r w:rsidRPr="0021407C">
              <w:rPr>
                <w:rFonts w:ascii="Verdana" w:hAnsi="Verdana"/>
                <w:b/>
                <w:color w:val="1F3C72"/>
                <w:sz w:val="20"/>
                <w:szCs w:val="20"/>
              </w:rPr>
              <w:t>Residenza</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782D65A9" w14:textId="77777777" w:rsidR="00020014" w:rsidRPr="0021407C" w:rsidRDefault="007D1AFF">
            <w:pPr>
              <w:rPr>
                <w:rFonts w:ascii="Verdana" w:hAnsi="Verdana"/>
                <w:sz w:val="20"/>
                <w:szCs w:val="20"/>
              </w:rPr>
            </w:pPr>
            <w:r w:rsidRPr="0021407C">
              <w:rPr>
                <w:rFonts w:ascii="Verdana" w:hAnsi="Verdana"/>
                <w:sz w:val="20"/>
                <w:szCs w:val="20"/>
              </w:rPr>
              <w:t>Comune ____________________________  CAP ________________</w:t>
            </w:r>
          </w:p>
        </w:tc>
      </w:tr>
      <w:tr w:rsidR="00020014" w:rsidRPr="0021407C" w14:paraId="405DBFAF"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5FEB121B" w14:textId="77777777" w:rsidR="00020014" w:rsidRPr="0021407C" w:rsidRDefault="007D1AFF">
            <w:pPr>
              <w:rPr>
                <w:rFonts w:ascii="Verdana" w:hAnsi="Verdana"/>
                <w:sz w:val="20"/>
                <w:szCs w:val="20"/>
              </w:rPr>
            </w:pPr>
            <w:r w:rsidRPr="0021407C">
              <w:rPr>
                <w:rFonts w:ascii="Verdana" w:hAnsi="Verdana"/>
                <w:b/>
                <w:color w:val="1F3C72"/>
                <w:sz w:val="20"/>
                <w:szCs w:val="20"/>
              </w:rPr>
              <w:t>Indirizzo</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58228BE5"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0296585C"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678F8133" w14:textId="77777777" w:rsidR="00020014" w:rsidRPr="0021407C" w:rsidRDefault="007D1AFF">
            <w:pPr>
              <w:rPr>
                <w:rFonts w:ascii="Verdana" w:hAnsi="Verdana"/>
                <w:sz w:val="20"/>
                <w:szCs w:val="20"/>
              </w:rPr>
            </w:pPr>
            <w:r w:rsidRPr="0021407C">
              <w:rPr>
                <w:rFonts w:ascii="Verdana" w:hAnsi="Verdana"/>
                <w:b/>
                <w:color w:val="1F3C72"/>
                <w:sz w:val="20"/>
                <w:szCs w:val="20"/>
              </w:rPr>
              <w:t>Telefono</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075C7F8F"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37B426AB"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5CC878DE" w14:textId="77777777" w:rsidR="00020014" w:rsidRPr="0021407C" w:rsidRDefault="007D1AFF">
            <w:pPr>
              <w:rPr>
                <w:rFonts w:ascii="Verdana" w:hAnsi="Verdana"/>
                <w:sz w:val="20"/>
                <w:szCs w:val="20"/>
              </w:rPr>
            </w:pPr>
            <w:r w:rsidRPr="0021407C">
              <w:rPr>
                <w:rFonts w:ascii="Verdana" w:hAnsi="Verdana"/>
                <w:b/>
                <w:color w:val="1F3C72"/>
                <w:sz w:val="20"/>
                <w:szCs w:val="20"/>
              </w:rPr>
              <w:t>E-mail</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11D1C661"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44CD1E3A"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153C4724" w14:textId="77777777" w:rsidR="00020014" w:rsidRPr="0021407C" w:rsidRDefault="007D1AFF">
            <w:pPr>
              <w:rPr>
                <w:rFonts w:ascii="Verdana" w:hAnsi="Verdana"/>
                <w:sz w:val="20"/>
                <w:szCs w:val="20"/>
              </w:rPr>
            </w:pPr>
            <w:r w:rsidRPr="0021407C">
              <w:rPr>
                <w:rFonts w:ascii="Verdana" w:hAnsi="Verdana"/>
                <w:b/>
                <w:color w:val="1F3C72"/>
                <w:sz w:val="20"/>
                <w:szCs w:val="20"/>
              </w:rPr>
              <w:t>PEC</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4481DB76"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bl>
    <w:p w14:paraId="0C0D612E" w14:textId="77777777" w:rsidR="00020014" w:rsidRPr="0021407C" w:rsidRDefault="00020014">
      <w:pPr>
        <w:rPr>
          <w:rFonts w:ascii="Verdana" w:hAnsi="Verdana"/>
          <w:sz w:val="20"/>
          <w:szCs w:val="20"/>
        </w:rPr>
      </w:pPr>
    </w:p>
    <w:p w14:paraId="7855C779" w14:textId="77777777" w:rsidR="00020014" w:rsidRPr="0021407C" w:rsidRDefault="007D1AFF">
      <w:pPr>
        <w:pStyle w:val="Titolo1"/>
        <w:rPr>
          <w:rFonts w:ascii="Verdana" w:hAnsi="Verdana"/>
          <w:sz w:val="20"/>
          <w:szCs w:val="20"/>
        </w:rPr>
      </w:pPr>
      <w:r w:rsidRPr="0021407C">
        <w:rPr>
          <w:rFonts w:ascii="Verdana" w:hAnsi="Verdana"/>
          <w:sz w:val="20"/>
          <w:szCs w:val="20"/>
        </w:rPr>
        <w:t>Qualità del dichiarante</w:t>
      </w:r>
    </w:p>
    <w:p w14:paraId="0DD25BC8" w14:textId="77777777" w:rsidR="00020014" w:rsidRPr="0021407C" w:rsidRDefault="007D1AFF">
      <w:pPr>
        <w:spacing w:after="60"/>
        <w:rPr>
          <w:rFonts w:ascii="Verdana" w:hAnsi="Verdana"/>
          <w:sz w:val="20"/>
          <w:szCs w:val="20"/>
        </w:rPr>
      </w:pPr>
      <w:r w:rsidRPr="0021407C">
        <w:rPr>
          <w:rFonts w:ascii="Segoe UI Symbol" w:hAnsi="Segoe UI Symbol" w:cs="Segoe UI Symbol"/>
          <w:sz w:val="20"/>
          <w:szCs w:val="20"/>
        </w:rPr>
        <w:t>☐</w:t>
      </w:r>
      <w:r w:rsidRPr="0021407C">
        <w:rPr>
          <w:rFonts w:ascii="Verdana" w:hAnsi="Verdana"/>
          <w:sz w:val="20"/>
          <w:szCs w:val="20"/>
        </w:rPr>
        <w:t xml:space="preserve"> legale rappresentante</w:t>
      </w:r>
    </w:p>
    <w:p w14:paraId="5A17ADA5" w14:textId="77777777" w:rsidR="00020014" w:rsidRPr="0021407C" w:rsidRDefault="007D1AFF">
      <w:pPr>
        <w:spacing w:after="60"/>
        <w:rPr>
          <w:rFonts w:ascii="Verdana" w:hAnsi="Verdana"/>
          <w:sz w:val="20"/>
          <w:szCs w:val="20"/>
        </w:rPr>
      </w:pPr>
      <w:r w:rsidRPr="0021407C">
        <w:rPr>
          <w:rFonts w:ascii="Segoe UI Symbol" w:hAnsi="Segoe UI Symbol" w:cs="Segoe UI Symbol"/>
          <w:sz w:val="20"/>
          <w:szCs w:val="20"/>
        </w:rPr>
        <w:t>☐</w:t>
      </w:r>
      <w:r w:rsidRPr="0021407C">
        <w:rPr>
          <w:rFonts w:ascii="Verdana" w:hAnsi="Verdana"/>
          <w:sz w:val="20"/>
          <w:szCs w:val="20"/>
        </w:rPr>
        <w:t xml:space="preserve"> presidente</w:t>
      </w:r>
    </w:p>
    <w:p w14:paraId="596D704D" w14:textId="77777777" w:rsidR="00020014" w:rsidRPr="0021407C" w:rsidRDefault="007D1AFF">
      <w:pPr>
        <w:spacing w:after="60"/>
        <w:rPr>
          <w:rFonts w:ascii="Verdana" w:hAnsi="Verdana"/>
          <w:sz w:val="20"/>
          <w:szCs w:val="20"/>
        </w:rPr>
      </w:pPr>
      <w:r w:rsidRPr="0021407C">
        <w:rPr>
          <w:rFonts w:ascii="Segoe UI Symbol" w:hAnsi="Segoe UI Symbol" w:cs="Segoe UI Symbol"/>
          <w:sz w:val="20"/>
          <w:szCs w:val="20"/>
        </w:rPr>
        <w:t>☐</w:t>
      </w:r>
      <w:r w:rsidRPr="0021407C">
        <w:rPr>
          <w:rFonts w:ascii="Verdana" w:hAnsi="Verdana"/>
          <w:sz w:val="20"/>
          <w:szCs w:val="20"/>
        </w:rPr>
        <w:t xml:space="preserve"> dirigente scolastico</w:t>
      </w:r>
    </w:p>
    <w:p w14:paraId="567A2040" w14:textId="77777777" w:rsidR="00020014" w:rsidRPr="0021407C" w:rsidRDefault="007D1AFF">
      <w:pPr>
        <w:spacing w:after="60"/>
        <w:rPr>
          <w:rFonts w:ascii="Verdana" w:hAnsi="Verdana"/>
          <w:sz w:val="20"/>
          <w:szCs w:val="20"/>
        </w:rPr>
      </w:pPr>
      <w:r w:rsidRPr="0021407C">
        <w:rPr>
          <w:rFonts w:ascii="Segoe UI Symbol" w:hAnsi="Segoe UI Symbol" w:cs="Segoe UI Symbol"/>
          <w:sz w:val="20"/>
          <w:szCs w:val="20"/>
        </w:rPr>
        <w:t>☐</w:t>
      </w:r>
      <w:r w:rsidRPr="0021407C">
        <w:rPr>
          <w:rFonts w:ascii="Verdana" w:hAnsi="Verdana"/>
          <w:sz w:val="20"/>
          <w:szCs w:val="20"/>
        </w:rPr>
        <w:t xml:space="preserve"> referente delegato</w:t>
      </w:r>
    </w:p>
    <w:p w14:paraId="26340EC5" w14:textId="77777777" w:rsidR="00020014" w:rsidRPr="0021407C" w:rsidRDefault="007D1AFF">
      <w:pPr>
        <w:spacing w:after="60"/>
        <w:rPr>
          <w:rFonts w:ascii="Verdana" w:hAnsi="Verdana"/>
          <w:sz w:val="20"/>
          <w:szCs w:val="20"/>
        </w:rPr>
      </w:pPr>
      <w:r w:rsidRPr="0021407C">
        <w:rPr>
          <w:rFonts w:ascii="Segoe UI Symbol" w:hAnsi="Segoe UI Symbol" w:cs="Segoe UI Symbol"/>
          <w:sz w:val="20"/>
          <w:szCs w:val="20"/>
        </w:rPr>
        <w:t>☐</w:t>
      </w:r>
      <w:r w:rsidRPr="0021407C">
        <w:rPr>
          <w:rFonts w:ascii="Verdana" w:hAnsi="Verdana"/>
          <w:sz w:val="20"/>
          <w:szCs w:val="20"/>
        </w:rPr>
        <w:t xml:space="preserve"> altro: _______________________________________________</w:t>
      </w:r>
    </w:p>
    <w:p w14:paraId="3627550A" w14:textId="77777777" w:rsidR="00020014" w:rsidRPr="0021407C" w:rsidRDefault="007D1AFF">
      <w:pPr>
        <w:pStyle w:val="Titolo1"/>
        <w:rPr>
          <w:rFonts w:ascii="Verdana" w:hAnsi="Verdana"/>
          <w:sz w:val="20"/>
          <w:szCs w:val="20"/>
        </w:rPr>
      </w:pPr>
      <w:r w:rsidRPr="0021407C">
        <w:rPr>
          <w:rFonts w:ascii="Verdana" w:hAnsi="Verdana"/>
          <w:sz w:val="20"/>
          <w:szCs w:val="20"/>
        </w:rPr>
        <w:t>Dati del soggetto proponente</w:t>
      </w:r>
    </w:p>
    <w:tbl>
      <w:tblPr>
        <w:tblStyle w:val="Grigliatabella"/>
        <w:tblW w:w="0" w:type="auto"/>
        <w:jc w:val="center"/>
        <w:tblLook w:val="04A0" w:firstRow="1" w:lastRow="0" w:firstColumn="1" w:lastColumn="0" w:noHBand="0" w:noVBand="1"/>
      </w:tblPr>
      <w:tblGrid>
        <w:gridCol w:w="1955"/>
        <w:gridCol w:w="7781"/>
      </w:tblGrid>
      <w:tr w:rsidR="00020014" w:rsidRPr="0021407C" w14:paraId="4C9C6F09"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1DF62053" w14:textId="77777777" w:rsidR="00020014" w:rsidRPr="0021407C" w:rsidRDefault="007D1AFF">
            <w:pPr>
              <w:rPr>
                <w:rFonts w:ascii="Verdana" w:hAnsi="Verdana"/>
                <w:sz w:val="20"/>
                <w:szCs w:val="20"/>
              </w:rPr>
            </w:pPr>
            <w:r w:rsidRPr="0021407C">
              <w:rPr>
                <w:rFonts w:ascii="Verdana" w:hAnsi="Verdana"/>
                <w:b/>
                <w:color w:val="1F3C72"/>
                <w:sz w:val="20"/>
                <w:szCs w:val="20"/>
              </w:rPr>
              <w:t>Denominazione</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0642D2C4"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3115BCAD"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285C9133" w14:textId="77777777" w:rsidR="00020014" w:rsidRPr="0021407C" w:rsidRDefault="007D1AFF">
            <w:pPr>
              <w:rPr>
                <w:rFonts w:ascii="Verdana" w:hAnsi="Verdana"/>
                <w:sz w:val="20"/>
                <w:szCs w:val="20"/>
              </w:rPr>
            </w:pPr>
            <w:r w:rsidRPr="0021407C">
              <w:rPr>
                <w:rFonts w:ascii="Verdana" w:hAnsi="Verdana"/>
                <w:b/>
                <w:color w:val="1F3C72"/>
                <w:sz w:val="20"/>
                <w:szCs w:val="20"/>
              </w:rPr>
              <w:t>Natura del soggetto</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023B1EB5" w14:textId="77777777" w:rsidR="00020014" w:rsidRPr="0021407C" w:rsidRDefault="007D1AFF">
            <w:pPr>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associazione   </w:t>
            </w:r>
            <w:r w:rsidRPr="0021407C">
              <w:rPr>
                <w:rFonts w:ascii="Segoe UI Symbol" w:hAnsi="Segoe UI Symbol" w:cs="Segoe UI Symbol"/>
                <w:sz w:val="20"/>
                <w:szCs w:val="20"/>
                <w:lang w:val="it-IT"/>
              </w:rPr>
              <w:t>☐</w:t>
            </w:r>
            <w:r w:rsidRPr="0021407C">
              <w:rPr>
                <w:rFonts w:ascii="Verdana" w:hAnsi="Verdana"/>
                <w:sz w:val="20"/>
                <w:szCs w:val="20"/>
                <w:lang w:val="it-IT"/>
              </w:rPr>
              <w:t xml:space="preserve"> istituzione scolastica   </w:t>
            </w:r>
            <w:r w:rsidRPr="0021407C">
              <w:rPr>
                <w:rFonts w:ascii="Segoe UI Symbol" w:hAnsi="Segoe UI Symbol" w:cs="Segoe UI Symbol"/>
                <w:sz w:val="20"/>
                <w:szCs w:val="20"/>
                <w:lang w:val="it-IT"/>
              </w:rPr>
              <w:t>☐</w:t>
            </w:r>
            <w:r w:rsidRPr="0021407C">
              <w:rPr>
                <w:rFonts w:ascii="Verdana" w:hAnsi="Verdana"/>
                <w:sz w:val="20"/>
                <w:szCs w:val="20"/>
                <w:lang w:val="it-IT"/>
              </w:rPr>
              <w:t xml:space="preserve"> ente culturale   </w:t>
            </w:r>
            <w:r w:rsidRPr="0021407C">
              <w:rPr>
                <w:rFonts w:ascii="Segoe UI Symbol" w:hAnsi="Segoe UI Symbol" w:cs="Segoe UI Symbol"/>
                <w:sz w:val="20"/>
                <w:szCs w:val="20"/>
                <w:lang w:val="it-IT"/>
              </w:rPr>
              <w:t>☐</w:t>
            </w:r>
            <w:r w:rsidRPr="0021407C">
              <w:rPr>
                <w:rFonts w:ascii="Verdana" w:hAnsi="Verdana"/>
                <w:sz w:val="20"/>
                <w:szCs w:val="20"/>
                <w:lang w:val="it-IT"/>
              </w:rPr>
              <w:t xml:space="preserve"> realt</w:t>
            </w:r>
            <w:r w:rsidRPr="0021407C">
              <w:rPr>
                <w:rFonts w:ascii="Verdana" w:hAnsi="Verdana" w:cs="Verdana"/>
                <w:sz w:val="20"/>
                <w:szCs w:val="20"/>
                <w:lang w:val="it-IT"/>
              </w:rPr>
              <w:t>à</w:t>
            </w:r>
            <w:r w:rsidRPr="0021407C">
              <w:rPr>
                <w:rFonts w:ascii="Verdana" w:hAnsi="Verdana"/>
                <w:sz w:val="20"/>
                <w:szCs w:val="20"/>
                <w:lang w:val="it-IT"/>
              </w:rPr>
              <w:t xml:space="preserve"> sociale   </w:t>
            </w:r>
            <w:r w:rsidRPr="0021407C">
              <w:rPr>
                <w:rFonts w:ascii="Segoe UI Symbol" w:hAnsi="Segoe UI Symbol" w:cs="Segoe UI Symbol"/>
                <w:sz w:val="20"/>
                <w:szCs w:val="20"/>
                <w:lang w:val="it-IT"/>
              </w:rPr>
              <w:t>☐</w:t>
            </w:r>
            <w:r w:rsidRPr="0021407C">
              <w:rPr>
                <w:rFonts w:ascii="Verdana" w:hAnsi="Verdana"/>
                <w:sz w:val="20"/>
                <w:szCs w:val="20"/>
                <w:lang w:val="it-IT"/>
              </w:rPr>
              <w:t xml:space="preserve"> altro</w:t>
            </w:r>
          </w:p>
        </w:tc>
      </w:tr>
      <w:tr w:rsidR="00020014" w:rsidRPr="0021407C" w14:paraId="4F19D360"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29F41829" w14:textId="77777777" w:rsidR="00020014" w:rsidRPr="0021407C" w:rsidRDefault="007D1AFF">
            <w:pPr>
              <w:rPr>
                <w:rFonts w:ascii="Verdana" w:hAnsi="Verdana"/>
                <w:sz w:val="20"/>
                <w:szCs w:val="20"/>
              </w:rPr>
            </w:pPr>
            <w:r w:rsidRPr="0021407C">
              <w:rPr>
                <w:rFonts w:ascii="Verdana" w:hAnsi="Verdana"/>
                <w:b/>
                <w:color w:val="1F3C72"/>
                <w:sz w:val="20"/>
                <w:szCs w:val="20"/>
              </w:rPr>
              <w:lastRenderedPageBreak/>
              <w:t>Sede legale</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144FA92D" w14:textId="6FD27222"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w:t>
            </w:r>
          </w:p>
        </w:tc>
      </w:tr>
      <w:tr w:rsidR="00020014" w:rsidRPr="0021407C" w14:paraId="6DB5DC64"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2CCEF446" w14:textId="77777777" w:rsidR="00020014" w:rsidRPr="0021407C" w:rsidRDefault="007D1AFF">
            <w:pPr>
              <w:rPr>
                <w:rFonts w:ascii="Verdana" w:hAnsi="Verdana"/>
                <w:sz w:val="20"/>
                <w:szCs w:val="20"/>
              </w:rPr>
            </w:pPr>
            <w:r w:rsidRPr="0021407C">
              <w:rPr>
                <w:rFonts w:ascii="Verdana" w:hAnsi="Verdana"/>
                <w:b/>
                <w:color w:val="1F3C72"/>
                <w:sz w:val="20"/>
                <w:szCs w:val="20"/>
              </w:rPr>
              <w:t>Sede operativa</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1A7DF893" w14:textId="7771694D"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w:t>
            </w:r>
          </w:p>
        </w:tc>
      </w:tr>
      <w:tr w:rsidR="00020014" w:rsidRPr="0021407C" w14:paraId="05CBCBB2"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74D4E2FC" w14:textId="77777777" w:rsidR="00020014" w:rsidRPr="0021407C" w:rsidRDefault="007D1AFF">
            <w:pPr>
              <w:rPr>
                <w:rFonts w:ascii="Verdana" w:hAnsi="Verdana"/>
                <w:sz w:val="20"/>
                <w:szCs w:val="20"/>
              </w:rPr>
            </w:pPr>
            <w:r w:rsidRPr="0021407C">
              <w:rPr>
                <w:rFonts w:ascii="Verdana" w:hAnsi="Verdana"/>
                <w:b/>
                <w:color w:val="1F3C72"/>
                <w:sz w:val="20"/>
                <w:szCs w:val="20"/>
              </w:rPr>
              <w:t>Codice fiscale/P. IVA</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2614C4BA" w14:textId="54E19EFD"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w:t>
            </w:r>
          </w:p>
        </w:tc>
      </w:tr>
      <w:tr w:rsidR="00020014" w:rsidRPr="0021407C" w14:paraId="1208EB7C"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76522103" w14:textId="77777777" w:rsidR="00020014" w:rsidRPr="0021407C" w:rsidRDefault="007D1AFF">
            <w:pPr>
              <w:rPr>
                <w:rFonts w:ascii="Verdana" w:hAnsi="Verdana"/>
                <w:sz w:val="20"/>
                <w:szCs w:val="20"/>
              </w:rPr>
            </w:pPr>
            <w:r w:rsidRPr="0021407C">
              <w:rPr>
                <w:rFonts w:ascii="Verdana" w:hAnsi="Verdana"/>
                <w:b/>
                <w:color w:val="1F3C72"/>
                <w:sz w:val="20"/>
                <w:szCs w:val="20"/>
              </w:rPr>
              <w:t>Telefono</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47C95684" w14:textId="6E9D3F0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w:t>
            </w:r>
          </w:p>
        </w:tc>
      </w:tr>
      <w:tr w:rsidR="00020014" w:rsidRPr="0021407C" w14:paraId="1A021246"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7B3EAC3D" w14:textId="77777777" w:rsidR="00020014" w:rsidRPr="0021407C" w:rsidRDefault="007D1AFF">
            <w:pPr>
              <w:rPr>
                <w:rFonts w:ascii="Verdana" w:hAnsi="Verdana"/>
                <w:sz w:val="20"/>
                <w:szCs w:val="20"/>
              </w:rPr>
            </w:pPr>
            <w:r w:rsidRPr="0021407C">
              <w:rPr>
                <w:rFonts w:ascii="Verdana" w:hAnsi="Verdana"/>
                <w:b/>
                <w:color w:val="1F3C72"/>
                <w:sz w:val="20"/>
                <w:szCs w:val="20"/>
              </w:rPr>
              <w:t>E-mail / PEC</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2E62A935" w14:textId="2187D7B2"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w:t>
            </w:r>
          </w:p>
        </w:tc>
      </w:tr>
      <w:tr w:rsidR="00020014" w:rsidRPr="0021407C" w14:paraId="30EE3B5E"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5C83CDDC" w14:textId="77777777" w:rsidR="00020014" w:rsidRPr="0021407C" w:rsidRDefault="007D1AFF">
            <w:pPr>
              <w:rPr>
                <w:rFonts w:ascii="Verdana" w:hAnsi="Verdana"/>
                <w:sz w:val="20"/>
                <w:szCs w:val="20"/>
              </w:rPr>
            </w:pPr>
            <w:r w:rsidRPr="0021407C">
              <w:rPr>
                <w:rFonts w:ascii="Verdana" w:hAnsi="Verdana"/>
                <w:b/>
                <w:color w:val="1F3C72"/>
                <w:sz w:val="20"/>
                <w:szCs w:val="20"/>
              </w:rPr>
              <w:t>Sito web / pagina</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477D673C" w14:textId="736A8DB8"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w:t>
            </w:r>
          </w:p>
        </w:tc>
      </w:tr>
    </w:tbl>
    <w:p w14:paraId="3E68656F" w14:textId="77777777" w:rsidR="00020014" w:rsidRPr="0021407C" w:rsidRDefault="00020014">
      <w:pPr>
        <w:rPr>
          <w:rFonts w:ascii="Verdana" w:hAnsi="Verdana"/>
          <w:sz w:val="20"/>
          <w:szCs w:val="20"/>
        </w:rPr>
      </w:pPr>
    </w:p>
    <w:p w14:paraId="46081676" w14:textId="77777777" w:rsidR="00020014" w:rsidRPr="0021407C" w:rsidRDefault="007D1AFF">
      <w:pPr>
        <w:pStyle w:val="Titolo1"/>
        <w:rPr>
          <w:rFonts w:ascii="Verdana" w:hAnsi="Verdana"/>
          <w:sz w:val="20"/>
          <w:szCs w:val="20"/>
        </w:rPr>
      </w:pPr>
      <w:r w:rsidRPr="0021407C">
        <w:rPr>
          <w:rFonts w:ascii="Verdana" w:hAnsi="Verdana"/>
          <w:sz w:val="20"/>
          <w:szCs w:val="20"/>
        </w:rPr>
        <w:t>Manifestazione di interesse</w:t>
      </w:r>
    </w:p>
    <w:p w14:paraId="3F527D1E" w14:textId="77777777" w:rsidR="00020014" w:rsidRPr="0021407C" w:rsidRDefault="007D1AFF" w:rsidP="008A7C7A">
      <w:pPr>
        <w:ind w:right="-177"/>
        <w:rPr>
          <w:rFonts w:ascii="Verdana" w:hAnsi="Verdana"/>
          <w:sz w:val="20"/>
          <w:szCs w:val="20"/>
          <w:lang w:val="it-IT"/>
        </w:rPr>
      </w:pPr>
      <w:r w:rsidRPr="0021407C">
        <w:rPr>
          <w:rFonts w:ascii="Verdana" w:hAnsi="Verdana"/>
          <w:sz w:val="20"/>
          <w:szCs w:val="20"/>
          <w:lang w:val="it-IT"/>
        </w:rPr>
        <w:t>Il/La sottoscritto/a manifesta l’interesse del soggetto rappresentato a far parte del Comitato di gemellaggio del Comune di Desio, quale organismo consultivo e di coordinamento delle attività connesse ai gemellaggi e ai patti di amicizia, secondo quanto previsto dal vigente regolamento comunale.</w:t>
      </w:r>
    </w:p>
    <w:p w14:paraId="5A96AFFA" w14:textId="77777777" w:rsidR="00020014" w:rsidRPr="0021407C" w:rsidRDefault="007D1AFF">
      <w:pPr>
        <w:pStyle w:val="Titolo1"/>
        <w:rPr>
          <w:rFonts w:ascii="Verdana" w:hAnsi="Verdana"/>
          <w:sz w:val="20"/>
          <w:szCs w:val="20"/>
        </w:rPr>
      </w:pPr>
      <w:r w:rsidRPr="0021407C">
        <w:rPr>
          <w:rFonts w:ascii="Verdana" w:hAnsi="Verdana"/>
          <w:sz w:val="20"/>
          <w:szCs w:val="20"/>
        </w:rPr>
        <w:t>Rappresentante proposto</w:t>
      </w:r>
    </w:p>
    <w:tbl>
      <w:tblPr>
        <w:tblStyle w:val="Grigliatabella"/>
        <w:tblW w:w="0" w:type="auto"/>
        <w:jc w:val="center"/>
        <w:tblLook w:val="04A0" w:firstRow="1" w:lastRow="0" w:firstColumn="1" w:lastColumn="0" w:noHBand="0" w:noVBand="1"/>
      </w:tblPr>
      <w:tblGrid>
        <w:gridCol w:w="1867"/>
        <w:gridCol w:w="7869"/>
      </w:tblGrid>
      <w:tr w:rsidR="00020014" w:rsidRPr="0021407C" w14:paraId="5F9B6C3C"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61E9FFFB" w14:textId="77777777" w:rsidR="00020014" w:rsidRPr="0021407C" w:rsidRDefault="007D1AFF">
            <w:pPr>
              <w:rPr>
                <w:rFonts w:ascii="Verdana" w:hAnsi="Verdana"/>
                <w:sz w:val="20"/>
                <w:szCs w:val="20"/>
              </w:rPr>
            </w:pPr>
            <w:r w:rsidRPr="0021407C">
              <w:rPr>
                <w:rFonts w:ascii="Verdana" w:hAnsi="Verdana"/>
                <w:b/>
                <w:color w:val="1F3C72"/>
                <w:sz w:val="20"/>
                <w:szCs w:val="20"/>
              </w:rPr>
              <w:t>Nome e cognome</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690E2B2E"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52F09F18"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6894228B" w14:textId="77777777" w:rsidR="00020014" w:rsidRPr="0021407C" w:rsidRDefault="007D1AFF">
            <w:pPr>
              <w:rPr>
                <w:rFonts w:ascii="Verdana" w:hAnsi="Verdana"/>
                <w:sz w:val="20"/>
                <w:szCs w:val="20"/>
              </w:rPr>
            </w:pPr>
            <w:r w:rsidRPr="0021407C">
              <w:rPr>
                <w:rFonts w:ascii="Verdana" w:hAnsi="Verdana"/>
                <w:b/>
                <w:color w:val="1F3C72"/>
                <w:sz w:val="20"/>
                <w:szCs w:val="20"/>
              </w:rPr>
              <w:t>Nato/a a - il</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15FE2C27"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     ____/____/________</w:t>
            </w:r>
          </w:p>
        </w:tc>
      </w:tr>
      <w:tr w:rsidR="00020014" w:rsidRPr="0021407C" w14:paraId="7025D970"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74144E22" w14:textId="77777777" w:rsidR="00020014" w:rsidRPr="0021407C" w:rsidRDefault="007D1AFF">
            <w:pPr>
              <w:rPr>
                <w:rFonts w:ascii="Verdana" w:hAnsi="Verdana"/>
                <w:sz w:val="20"/>
                <w:szCs w:val="20"/>
              </w:rPr>
            </w:pPr>
            <w:r w:rsidRPr="0021407C">
              <w:rPr>
                <w:rFonts w:ascii="Verdana" w:hAnsi="Verdana"/>
                <w:b/>
                <w:color w:val="1F3C72"/>
                <w:sz w:val="20"/>
                <w:szCs w:val="20"/>
              </w:rPr>
              <w:t>Codice fiscale</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4A065634"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2B3CA7ED"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771381A4" w14:textId="77777777" w:rsidR="00020014" w:rsidRPr="0021407C" w:rsidRDefault="007D1AFF">
            <w:pPr>
              <w:rPr>
                <w:rFonts w:ascii="Verdana" w:hAnsi="Verdana"/>
                <w:sz w:val="20"/>
                <w:szCs w:val="20"/>
              </w:rPr>
            </w:pPr>
            <w:r w:rsidRPr="0021407C">
              <w:rPr>
                <w:rFonts w:ascii="Verdana" w:hAnsi="Verdana"/>
                <w:b/>
                <w:color w:val="1F3C72"/>
                <w:sz w:val="20"/>
                <w:szCs w:val="20"/>
              </w:rPr>
              <w:t>Ruolo ricoperto</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42615668"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2966084C"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51030843" w14:textId="77777777" w:rsidR="00020014" w:rsidRPr="0021407C" w:rsidRDefault="007D1AFF">
            <w:pPr>
              <w:rPr>
                <w:rFonts w:ascii="Verdana" w:hAnsi="Verdana"/>
                <w:sz w:val="20"/>
                <w:szCs w:val="20"/>
              </w:rPr>
            </w:pPr>
            <w:r w:rsidRPr="0021407C">
              <w:rPr>
                <w:rFonts w:ascii="Verdana" w:hAnsi="Verdana"/>
                <w:b/>
                <w:color w:val="1F3C72"/>
                <w:sz w:val="20"/>
                <w:szCs w:val="20"/>
              </w:rPr>
              <w:t>Telefono</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7C60D205"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r w:rsidR="00020014" w:rsidRPr="0021407C" w14:paraId="0F43210A" w14:textId="77777777">
        <w:trPr>
          <w:jc w:val="center"/>
        </w:trPr>
        <w:tc>
          <w:tcPr>
            <w:tcW w:w="3118" w:type="dxa"/>
            <w:tcBorders>
              <w:top w:val="single" w:sz="4" w:space="0" w:color="D9E2EF"/>
              <w:left w:val="single" w:sz="4" w:space="0" w:color="D9E2EF"/>
              <w:bottom w:val="single" w:sz="4" w:space="0" w:color="D9E2EF"/>
              <w:right w:val="single" w:sz="4" w:space="0" w:color="D9E2EF"/>
            </w:tcBorders>
            <w:shd w:val="clear" w:color="auto" w:fill="EAF0F8"/>
            <w:tcMar>
              <w:top w:w="95" w:type="dxa"/>
              <w:left w:w="120" w:type="dxa"/>
              <w:bottom w:w="95" w:type="dxa"/>
              <w:right w:w="120" w:type="dxa"/>
            </w:tcMar>
            <w:vAlign w:val="center"/>
          </w:tcPr>
          <w:p w14:paraId="4A591676" w14:textId="77777777" w:rsidR="00020014" w:rsidRPr="0021407C" w:rsidRDefault="007D1AFF">
            <w:pPr>
              <w:rPr>
                <w:rFonts w:ascii="Verdana" w:hAnsi="Verdana"/>
                <w:sz w:val="20"/>
                <w:szCs w:val="20"/>
              </w:rPr>
            </w:pPr>
            <w:r w:rsidRPr="0021407C">
              <w:rPr>
                <w:rFonts w:ascii="Verdana" w:hAnsi="Verdana"/>
                <w:b/>
                <w:color w:val="1F3C72"/>
                <w:sz w:val="20"/>
                <w:szCs w:val="20"/>
              </w:rPr>
              <w:t>E-mail / PEC</w:t>
            </w:r>
          </w:p>
        </w:tc>
        <w:tc>
          <w:tcPr>
            <w:tcW w:w="6520" w:type="dxa"/>
            <w:tcBorders>
              <w:top w:val="single" w:sz="4" w:space="0" w:color="D9E2EF"/>
              <w:left w:val="single" w:sz="4" w:space="0" w:color="D9E2EF"/>
              <w:bottom w:val="single" w:sz="4" w:space="0" w:color="D9E2EF"/>
              <w:right w:val="single" w:sz="4" w:space="0" w:color="D9E2EF"/>
            </w:tcBorders>
            <w:tcMar>
              <w:top w:w="95" w:type="dxa"/>
              <w:left w:w="120" w:type="dxa"/>
              <w:bottom w:w="95" w:type="dxa"/>
              <w:right w:w="120" w:type="dxa"/>
            </w:tcMar>
            <w:vAlign w:val="center"/>
          </w:tcPr>
          <w:p w14:paraId="56BF9850" w14:textId="77777777" w:rsidR="00020014" w:rsidRPr="0021407C" w:rsidRDefault="007D1AFF">
            <w:pPr>
              <w:rPr>
                <w:rFonts w:ascii="Verdana" w:hAnsi="Verdana"/>
                <w:sz w:val="20"/>
                <w:szCs w:val="20"/>
              </w:rPr>
            </w:pPr>
            <w:r w:rsidRPr="0021407C">
              <w:rPr>
                <w:rFonts w:ascii="Verdana" w:hAnsi="Verdana"/>
                <w:sz w:val="20"/>
                <w:szCs w:val="20"/>
              </w:rPr>
              <w:t>____________________________________________________________</w:t>
            </w:r>
          </w:p>
        </w:tc>
      </w:tr>
    </w:tbl>
    <w:p w14:paraId="1D57264C" w14:textId="77777777" w:rsidR="00020014" w:rsidRPr="0021407C" w:rsidRDefault="00020014">
      <w:pPr>
        <w:rPr>
          <w:rFonts w:ascii="Verdana" w:hAnsi="Verdana"/>
          <w:sz w:val="20"/>
          <w:szCs w:val="20"/>
        </w:rPr>
      </w:pPr>
    </w:p>
    <w:p w14:paraId="3364E4C9" w14:textId="77777777" w:rsidR="00020014" w:rsidRPr="0021407C" w:rsidRDefault="007D1AFF">
      <w:pPr>
        <w:pStyle w:val="Titolo1"/>
        <w:rPr>
          <w:rFonts w:ascii="Verdana" w:hAnsi="Verdana"/>
          <w:sz w:val="20"/>
          <w:szCs w:val="20"/>
        </w:rPr>
      </w:pPr>
      <w:r w:rsidRPr="0021407C">
        <w:rPr>
          <w:rFonts w:ascii="Verdana" w:hAnsi="Verdana"/>
          <w:sz w:val="20"/>
          <w:szCs w:val="20"/>
        </w:rPr>
        <w:t>Dichiarazioni sostitutive</w:t>
      </w:r>
    </w:p>
    <w:p w14:paraId="40A9CF2E" w14:textId="77777777" w:rsidR="00020014" w:rsidRPr="0021407C" w:rsidRDefault="007D1AFF" w:rsidP="008A7C7A">
      <w:pPr>
        <w:jc w:val="both"/>
        <w:rPr>
          <w:rFonts w:ascii="Verdana" w:hAnsi="Verdana"/>
          <w:sz w:val="20"/>
          <w:szCs w:val="20"/>
          <w:lang w:val="it-IT"/>
        </w:rPr>
      </w:pPr>
      <w:r w:rsidRPr="0021407C">
        <w:rPr>
          <w:rFonts w:ascii="Verdana" w:hAnsi="Verdana"/>
          <w:sz w:val="20"/>
          <w:szCs w:val="20"/>
          <w:lang w:val="it-IT"/>
        </w:rPr>
        <w:t>Il/La sottoscritto/a, ai sensi degli artt. 46 e 47 del D.P.R. 28 dicembre 2000, n. 445, consapevole delle responsabilità previste in caso di dichiarazioni mendaci, dichiara:</w:t>
      </w:r>
    </w:p>
    <w:p w14:paraId="4D7E0196"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aver preso visione dell’avviso pubblico e del vigente “Regolamento comunale per la costituzione, la gestione e lo sviluppo dei gemellaggi e dei patti d’amicizia”;</w:t>
      </w:r>
    </w:p>
    <w:p w14:paraId="760FA437" w14:textId="77777777" w:rsidR="00020014"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che il soggetto rappresentato rientra tra le associazioni, istituzioni scolastiche o realtà culturali e sociali del territorio, oppure tra gli altri soggetti collettivi del territorio che svolgono attività coerenti con le finalità dei gemellaggi e dei patti di amicizia;</w:t>
      </w:r>
    </w:p>
    <w:p w14:paraId="696BB8F1" w14:textId="77777777" w:rsidR="008A7C7A" w:rsidRPr="0021407C" w:rsidRDefault="008A7C7A" w:rsidP="008A7C7A">
      <w:pPr>
        <w:spacing w:after="60"/>
        <w:jc w:val="both"/>
        <w:rPr>
          <w:rFonts w:ascii="Verdana" w:hAnsi="Verdana"/>
          <w:sz w:val="20"/>
          <w:szCs w:val="20"/>
          <w:lang w:val="it-IT"/>
        </w:rPr>
      </w:pPr>
    </w:p>
    <w:p w14:paraId="511BD22F"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che le attività svolte dal soggetto rappresentato sono coerenti con le finalità di promozione della conoscenza reciproca, del dialogo interculturale, della cooperazione istituzionale, della partecipazione della comunità locale e dei valori di pace, democrazia, solidarietà e rispetto dei diritti umani;</w:t>
      </w:r>
    </w:p>
    <w:p w14:paraId="335B26D2"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essere disponibile a collaborare alle attività del Comitato e alle iniziative promosse dal Comune di Desio in materia di gemellaggi e patti di amicizia;</w:t>
      </w:r>
    </w:p>
    <w:p w14:paraId="4AED26A6"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essere consapevole che la partecipazione al Comitato è a titolo gratuito;</w:t>
      </w:r>
    </w:p>
    <w:p w14:paraId="06F0786A"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essere consapevole che la presentazione della presente manifestazione di interesse non comporta alcun diritto alla nomina o alla partecipazione al Comitato;</w:t>
      </w:r>
    </w:p>
    <w:p w14:paraId="52482045"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essere consapevole che l’eventuale nomina avverrà con decreto del Sindaco;</w:t>
      </w:r>
    </w:p>
    <w:p w14:paraId="340AE5E3"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non trovarsi in situazioni di conflitto di interessi, anche potenziale, rispetto alle attività del Comitato;</w:t>
      </w:r>
    </w:p>
    <w:p w14:paraId="212201BE"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impegnarsi a comunicare tempestivamente ogni eventuale situazione sopravvenuta che possa incidere sulla partecipazione al Comitato;</w:t>
      </w:r>
    </w:p>
    <w:p w14:paraId="30A9AC6B"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essere informato/a che, nel caso in cui il rappresentante territoriale nominato decada dalla propria funzione nell’ente di appartenenza, il Sindaco provvederà prioritariamente alla nomina di analogo componente o, in mancanza, allo svolgimento di una nuova procedura di evidenza pubblica;</w:t>
      </w:r>
    </w:p>
    <w:p w14:paraId="784848E7"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autorizzare il trattamento dei dati personali per le finalità connesse al presente procedimento.</w:t>
      </w:r>
    </w:p>
    <w:p w14:paraId="0821C36D" w14:textId="77777777" w:rsidR="00020014" w:rsidRPr="0021407C" w:rsidRDefault="007D1AFF">
      <w:pPr>
        <w:pStyle w:val="Titolo1"/>
        <w:rPr>
          <w:rFonts w:ascii="Verdana" w:hAnsi="Verdana"/>
          <w:sz w:val="20"/>
          <w:szCs w:val="20"/>
          <w:lang w:val="it-IT"/>
        </w:rPr>
      </w:pPr>
      <w:r w:rsidRPr="0021407C">
        <w:rPr>
          <w:rFonts w:ascii="Verdana" w:hAnsi="Verdana"/>
          <w:sz w:val="20"/>
          <w:szCs w:val="20"/>
          <w:lang w:val="it-IT"/>
        </w:rPr>
        <w:t>Breve descrizione del soggetto proponente</w:t>
      </w:r>
    </w:p>
    <w:p w14:paraId="1252E9AB" w14:textId="77777777" w:rsidR="00020014" w:rsidRPr="0021407C" w:rsidRDefault="007D1AFF">
      <w:pPr>
        <w:rPr>
          <w:rFonts w:ascii="Verdana" w:hAnsi="Verdana"/>
          <w:sz w:val="20"/>
          <w:szCs w:val="20"/>
          <w:lang w:val="it-IT"/>
        </w:rPr>
      </w:pPr>
      <w:r w:rsidRPr="0021407C">
        <w:rPr>
          <w:rFonts w:ascii="Verdana" w:hAnsi="Verdana"/>
          <w:sz w:val="20"/>
          <w:szCs w:val="20"/>
          <w:lang w:val="it-IT"/>
        </w:rPr>
        <w:t>Finalità, attività principali, ambiti di intervento, presenza sul territorio ed elementi utili alla valutazione.</w:t>
      </w:r>
    </w:p>
    <w:tbl>
      <w:tblPr>
        <w:tblStyle w:val="Grigliatabella"/>
        <w:tblW w:w="0" w:type="auto"/>
        <w:jc w:val="center"/>
        <w:tblLook w:val="04A0" w:firstRow="1" w:lastRow="0" w:firstColumn="1" w:lastColumn="0" w:noHBand="0" w:noVBand="1"/>
      </w:tblPr>
      <w:tblGrid>
        <w:gridCol w:w="9738"/>
      </w:tblGrid>
      <w:tr w:rsidR="00020014" w:rsidRPr="0021407C" w14:paraId="18B674CD"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11DAFA06" w14:textId="77777777" w:rsidR="00020014" w:rsidRPr="0021407C" w:rsidRDefault="00020014">
            <w:pPr>
              <w:rPr>
                <w:rFonts w:ascii="Verdana" w:hAnsi="Verdana"/>
                <w:sz w:val="20"/>
                <w:szCs w:val="20"/>
                <w:lang w:val="it-IT"/>
              </w:rPr>
            </w:pPr>
          </w:p>
        </w:tc>
      </w:tr>
      <w:tr w:rsidR="00020014" w:rsidRPr="0021407C" w14:paraId="12709272"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2AAB8DED" w14:textId="77777777" w:rsidR="00020014" w:rsidRPr="0021407C" w:rsidRDefault="00020014">
            <w:pPr>
              <w:rPr>
                <w:rFonts w:ascii="Verdana" w:hAnsi="Verdana"/>
                <w:sz w:val="20"/>
                <w:szCs w:val="20"/>
                <w:lang w:val="it-IT"/>
              </w:rPr>
            </w:pPr>
          </w:p>
        </w:tc>
      </w:tr>
      <w:tr w:rsidR="00020014" w:rsidRPr="0021407C" w14:paraId="64396DDF"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03AECE9F" w14:textId="77777777" w:rsidR="00020014" w:rsidRPr="0021407C" w:rsidRDefault="00020014">
            <w:pPr>
              <w:rPr>
                <w:rFonts w:ascii="Verdana" w:hAnsi="Verdana"/>
                <w:sz w:val="20"/>
                <w:szCs w:val="20"/>
                <w:lang w:val="it-IT"/>
              </w:rPr>
            </w:pPr>
          </w:p>
        </w:tc>
      </w:tr>
      <w:tr w:rsidR="00020014" w:rsidRPr="0021407C" w14:paraId="43479E7F"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0A38E220" w14:textId="77777777" w:rsidR="00020014" w:rsidRPr="0021407C" w:rsidRDefault="00020014">
            <w:pPr>
              <w:rPr>
                <w:rFonts w:ascii="Verdana" w:hAnsi="Verdana"/>
                <w:sz w:val="20"/>
                <w:szCs w:val="20"/>
                <w:lang w:val="it-IT"/>
              </w:rPr>
            </w:pPr>
          </w:p>
        </w:tc>
      </w:tr>
      <w:tr w:rsidR="00020014" w:rsidRPr="0021407C" w14:paraId="4547BC6A"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2D9842CF" w14:textId="77777777" w:rsidR="00020014" w:rsidRPr="0021407C" w:rsidRDefault="00020014">
            <w:pPr>
              <w:rPr>
                <w:rFonts w:ascii="Verdana" w:hAnsi="Verdana"/>
                <w:sz w:val="20"/>
                <w:szCs w:val="20"/>
                <w:lang w:val="it-IT"/>
              </w:rPr>
            </w:pPr>
          </w:p>
        </w:tc>
      </w:tr>
    </w:tbl>
    <w:p w14:paraId="6C1417B4" w14:textId="77777777" w:rsidR="00020014" w:rsidRPr="0021407C" w:rsidRDefault="00020014">
      <w:pPr>
        <w:rPr>
          <w:rFonts w:ascii="Verdana" w:hAnsi="Verdana"/>
          <w:sz w:val="20"/>
          <w:szCs w:val="20"/>
          <w:lang w:val="it-IT"/>
        </w:rPr>
      </w:pPr>
    </w:p>
    <w:p w14:paraId="59DE557E" w14:textId="77777777" w:rsidR="00020014" w:rsidRPr="0021407C" w:rsidRDefault="007D1AFF">
      <w:pPr>
        <w:pStyle w:val="Titolo1"/>
        <w:rPr>
          <w:rFonts w:ascii="Verdana" w:hAnsi="Verdana"/>
          <w:sz w:val="20"/>
          <w:szCs w:val="20"/>
          <w:lang w:val="it-IT"/>
        </w:rPr>
      </w:pPr>
      <w:r w:rsidRPr="0021407C">
        <w:rPr>
          <w:rFonts w:ascii="Verdana" w:hAnsi="Verdana"/>
          <w:sz w:val="20"/>
          <w:szCs w:val="20"/>
          <w:lang w:val="it-IT"/>
        </w:rPr>
        <w:t>Esperienze rilevanti</w:t>
      </w:r>
    </w:p>
    <w:p w14:paraId="41829B6A" w14:textId="77777777" w:rsidR="00020014" w:rsidRPr="0021407C" w:rsidRDefault="007D1AFF">
      <w:pPr>
        <w:rPr>
          <w:rFonts w:ascii="Verdana" w:hAnsi="Verdana"/>
          <w:sz w:val="20"/>
          <w:szCs w:val="20"/>
          <w:lang w:val="it-IT"/>
        </w:rPr>
      </w:pPr>
      <w:r w:rsidRPr="0021407C">
        <w:rPr>
          <w:rFonts w:ascii="Verdana" w:hAnsi="Verdana"/>
          <w:sz w:val="20"/>
          <w:szCs w:val="20"/>
          <w:lang w:val="it-IT"/>
        </w:rPr>
        <w:t>Esperienze in ambito culturale, educativo, sociale, giovanile, sportivo, economico, ambientale, interculturale, di cooperazione, scambi, gemellaggi o relazioni tra comunità.</w:t>
      </w:r>
    </w:p>
    <w:tbl>
      <w:tblPr>
        <w:tblStyle w:val="Grigliatabella"/>
        <w:tblW w:w="0" w:type="auto"/>
        <w:jc w:val="center"/>
        <w:tblLook w:val="04A0" w:firstRow="1" w:lastRow="0" w:firstColumn="1" w:lastColumn="0" w:noHBand="0" w:noVBand="1"/>
      </w:tblPr>
      <w:tblGrid>
        <w:gridCol w:w="9738"/>
      </w:tblGrid>
      <w:tr w:rsidR="00020014" w:rsidRPr="0021407C" w14:paraId="38BDCEE5"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4A9106C7" w14:textId="77777777" w:rsidR="00020014" w:rsidRPr="0021407C" w:rsidRDefault="00020014">
            <w:pPr>
              <w:rPr>
                <w:rFonts w:ascii="Verdana" w:hAnsi="Verdana"/>
                <w:sz w:val="20"/>
                <w:szCs w:val="20"/>
                <w:lang w:val="it-IT"/>
              </w:rPr>
            </w:pPr>
          </w:p>
        </w:tc>
      </w:tr>
      <w:tr w:rsidR="00020014" w:rsidRPr="0021407C" w14:paraId="590BDFF8"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64B6EF6C" w14:textId="77777777" w:rsidR="00020014" w:rsidRPr="0021407C" w:rsidRDefault="00020014">
            <w:pPr>
              <w:rPr>
                <w:rFonts w:ascii="Verdana" w:hAnsi="Verdana"/>
                <w:sz w:val="20"/>
                <w:szCs w:val="20"/>
                <w:lang w:val="it-IT"/>
              </w:rPr>
            </w:pPr>
          </w:p>
        </w:tc>
      </w:tr>
      <w:tr w:rsidR="00020014" w:rsidRPr="0021407C" w14:paraId="7918E11A"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379C0FDA" w14:textId="77777777" w:rsidR="00020014" w:rsidRPr="0021407C" w:rsidRDefault="00020014">
            <w:pPr>
              <w:rPr>
                <w:rFonts w:ascii="Verdana" w:hAnsi="Verdana"/>
                <w:sz w:val="20"/>
                <w:szCs w:val="20"/>
                <w:lang w:val="it-IT"/>
              </w:rPr>
            </w:pPr>
          </w:p>
        </w:tc>
      </w:tr>
      <w:tr w:rsidR="00020014" w:rsidRPr="0021407C" w14:paraId="451A5E66"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4A80AA84" w14:textId="77777777" w:rsidR="00020014" w:rsidRPr="0021407C" w:rsidRDefault="00020014">
            <w:pPr>
              <w:rPr>
                <w:rFonts w:ascii="Verdana" w:hAnsi="Verdana"/>
                <w:sz w:val="20"/>
                <w:szCs w:val="20"/>
                <w:lang w:val="it-IT"/>
              </w:rPr>
            </w:pPr>
          </w:p>
        </w:tc>
      </w:tr>
      <w:tr w:rsidR="00020014" w:rsidRPr="0021407C" w14:paraId="7AE0FE21"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1FA43DBB" w14:textId="77777777" w:rsidR="00020014" w:rsidRPr="0021407C" w:rsidRDefault="00020014">
            <w:pPr>
              <w:rPr>
                <w:rFonts w:ascii="Verdana" w:hAnsi="Verdana"/>
                <w:sz w:val="20"/>
                <w:szCs w:val="20"/>
                <w:lang w:val="it-IT"/>
              </w:rPr>
            </w:pPr>
          </w:p>
        </w:tc>
      </w:tr>
    </w:tbl>
    <w:p w14:paraId="32A9E1DD" w14:textId="77777777" w:rsidR="00020014" w:rsidRPr="0021407C" w:rsidRDefault="007D1AFF">
      <w:pPr>
        <w:pStyle w:val="Titolo1"/>
        <w:rPr>
          <w:rFonts w:ascii="Verdana" w:hAnsi="Verdana"/>
          <w:sz w:val="20"/>
          <w:szCs w:val="20"/>
          <w:lang w:val="it-IT"/>
        </w:rPr>
      </w:pPr>
      <w:r w:rsidRPr="0021407C">
        <w:rPr>
          <w:rFonts w:ascii="Verdana" w:hAnsi="Verdana"/>
          <w:sz w:val="20"/>
          <w:szCs w:val="20"/>
          <w:lang w:val="it-IT"/>
        </w:rPr>
        <w:t>Possibile contributo alle attività del Comitato</w:t>
      </w:r>
    </w:p>
    <w:p w14:paraId="3A4A9AAD" w14:textId="77777777" w:rsidR="00020014" w:rsidRPr="0021407C" w:rsidRDefault="007D1AFF" w:rsidP="008A7C7A">
      <w:pPr>
        <w:jc w:val="both"/>
        <w:rPr>
          <w:rFonts w:ascii="Verdana" w:hAnsi="Verdana"/>
          <w:sz w:val="20"/>
          <w:szCs w:val="20"/>
          <w:lang w:val="it-IT"/>
        </w:rPr>
      </w:pPr>
      <w:r w:rsidRPr="0021407C">
        <w:rPr>
          <w:rFonts w:ascii="Verdana" w:hAnsi="Verdana"/>
          <w:sz w:val="20"/>
          <w:szCs w:val="20"/>
          <w:lang w:val="it-IT"/>
        </w:rPr>
        <w:t>Contributo che il soggetto proponente ritiene di poter offrire alle attività del Comitato, anche con riferimento alla partecipazione della cittadinanza, delle scuole, delle associazioni e delle realtà sociali del territorio.</w:t>
      </w:r>
    </w:p>
    <w:tbl>
      <w:tblPr>
        <w:tblStyle w:val="Grigliatabella"/>
        <w:tblW w:w="0" w:type="auto"/>
        <w:jc w:val="center"/>
        <w:tblLook w:val="04A0" w:firstRow="1" w:lastRow="0" w:firstColumn="1" w:lastColumn="0" w:noHBand="0" w:noVBand="1"/>
      </w:tblPr>
      <w:tblGrid>
        <w:gridCol w:w="9738"/>
      </w:tblGrid>
      <w:tr w:rsidR="00020014" w:rsidRPr="0021407C" w14:paraId="75FD5F97"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5B1CABF3" w14:textId="77777777" w:rsidR="00020014" w:rsidRPr="0021407C" w:rsidRDefault="00020014">
            <w:pPr>
              <w:rPr>
                <w:rFonts w:ascii="Verdana" w:hAnsi="Verdana"/>
                <w:sz w:val="20"/>
                <w:szCs w:val="20"/>
                <w:lang w:val="it-IT"/>
              </w:rPr>
            </w:pPr>
          </w:p>
        </w:tc>
      </w:tr>
      <w:tr w:rsidR="00020014" w:rsidRPr="0021407C" w14:paraId="566914A4"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14492DA7" w14:textId="77777777" w:rsidR="00020014" w:rsidRPr="0021407C" w:rsidRDefault="00020014">
            <w:pPr>
              <w:rPr>
                <w:rFonts w:ascii="Verdana" w:hAnsi="Verdana"/>
                <w:sz w:val="20"/>
                <w:szCs w:val="20"/>
                <w:lang w:val="it-IT"/>
              </w:rPr>
            </w:pPr>
          </w:p>
        </w:tc>
      </w:tr>
      <w:tr w:rsidR="00020014" w:rsidRPr="0021407C" w14:paraId="60922BBC"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1849C188" w14:textId="77777777" w:rsidR="00020014" w:rsidRPr="0021407C" w:rsidRDefault="00020014">
            <w:pPr>
              <w:rPr>
                <w:rFonts w:ascii="Verdana" w:hAnsi="Verdana"/>
                <w:sz w:val="20"/>
                <w:szCs w:val="20"/>
                <w:lang w:val="it-IT"/>
              </w:rPr>
            </w:pPr>
          </w:p>
        </w:tc>
      </w:tr>
      <w:tr w:rsidR="00020014" w:rsidRPr="0021407C" w14:paraId="6681A648"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62A4C760" w14:textId="77777777" w:rsidR="00020014" w:rsidRPr="0021407C" w:rsidRDefault="00020014">
            <w:pPr>
              <w:rPr>
                <w:rFonts w:ascii="Verdana" w:hAnsi="Verdana"/>
                <w:sz w:val="20"/>
                <w:szCs w:val="20"/>
                <w:lang w:val="it-IT"/>
              </w:rPr>
            </w:pPr>
          </w:p>
        </w:tc>
      </w:tr>
      <w:tr w:rsidR="00020014" w:rsidRPr="0021407C" w14:paraId="077BF9F4" w14:textId="77777777">
        <w:trPr>
          <w:jc w:val="center"/>
        </w:trPr>
        <w:tc>
          <w:tcPr>
            <w:tcW w:w="9746" w:type="dxa"/>
            <w:tcBorders>
              <w:top w:val="single" w:sz="3" w:space="0" w:color="E1E7F0"/>
              <w:left w:val="single" w:sz="3" w:space="0" w:color="E1E7F0"/>
              <w:bottom w:val="single" w:sz="3" w:space="0" w:color="E1E7F0"/>
              <w:right w:val="single" w:sz="3" w:space="0" w:color="E1E7F0"/>
            </w:tcBorders>
            <w:tcMar>
              <w:top w:w="70" w:type="dxa"/>
              <w:left w:w="100" w:type="dxa"/>
              <w:bottom w:w="70" w:type="dxa"/>
              <w:right w:w="100" w:type="dxa"/>
            </w:tcMar>
          </w:tcPr>
          <w:p w14:paraId="16D51464" w14:textId="77777777" w:rsidR="00020014" w:rsidRPr="0021407C" w:rsidRDefault="00020014">
            <w:pPr>
              <w:rPr>
                <w:rFonts w:ascii="Verdana" w:hAnsi="Verdana"/>
                <w:sz w:val="20"/>
                <w:szCs w:val="20"/>
                <w:lang w:val="it-IT"/>
              </w:rPr>
            </w:pPr>
          </w:p>
        </w:tc>
      </w:tr>
    </w:tbl>
    <w:p w14:paraId="3A30ACE7" w14:textId="77777777" w:rsidR="00020014" w:rsidRPr="0021407C" w:rsidRDefault="00020014">
      <w:pPr>
        <w:rPr>
          <w:rFonts w:ascii="Verdana" w:hAnsi="Verdana"/>
          <w:sz w:val="20"/>
          <w:szCs w:val="20"/>
          <w:lang w:val="it-IT"/>
        </w:rPr>
      </w:pPr>
    </w:p>
    <w:p w14:paraId="7865FAA6" w14:textId="77777777" w:rsidR="00020014" w:rsidRPr="0021407C" w:rsidRDefault="007D1AFF">
      <w:pPr>
        <w:pStyle w:val="Titolo1"/>
        <w:rPr>
          <w:rFonts w:ascii="Verdana" w:hAnsi="Verdana"/>
          <w:sz w:val="20"/>
          <w:szCs w:val="20"/>
          <w:lang w:val="it-IT"/>
        </w:rPr>
      </w:pPr>
      <w:r w:rsidRPr="0021407C">
        <w:rPr>
          <w:rFonts w:ascii="Verdana" w:hAnsi="Verdana"/>
          <w:sz w:val="20"/>
          <w:szCs w:val="20"/>
          <w:lang w:val="it-IT"/>
        </w:rPr>
        <w:t>Disponibilità all’utilizzo di strumenti digitali</w:t>
      </w:r>
    </w:p>
    <w:p w14:paraId="7B4D9F3F"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essere disponibile a collaborare anche mediante strumenti digitali e modalità di cooperazione a distanza;</w:t>
      </w:r>
    </w:p>
    <w:p w14:paraId="6BE33848"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di non essere disponibile a collaborare mediante strumenti digitali;</w:t>
      </w:r>
    </w:p>
    <w:p w14:paraId="06F320DD" w14:textId="77777777" w:rsidR="00020014" w:rsidRPr="0021407C" w:rsidRDefault="007D1AFF" w:rsidP="008A7C7A">
      <w:pPr>
        <w:spacing w:after="60"/>
        <w:jc w:val="both"/>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altro/specificazioni: _______________________________________________</w:t>
      </w:r>
    </w:p>
    <w:p w14:paraId="384077C2" w14:textId="77777777" w:rsidR="00020014" w:rsidRPr="0021407C" w:rsidRDefault="007D1AFF">
      <w:pPr>
        <w:pStyle w:val="Titolo1"/>
        <w:rPr>
          <w:rFonts w:ascii="Verdana" w:hAnsi="Verdana"/>
          <w:sz w:val="20"/>
          <w:szCs w:val="20"/>
          <w:lang w:val="it-IT"/>
        </w:rPr>
      </w:pPr>
      <w:r w:rsidRPr="0021407C">
        <w:rPr>
          <w:rFonts w:ascii="Verdana" w:hAnsi="Verdana"/>
          <w:sz w:val="20"/>
          <w:szCs w:val="20"/>
          <w:lang w:val="it-IT"/>
        </w:rPr>
        <w:t>Allegati</w:t>
      </w:r>
    </w:p>
    <w:p w14:paraId="1C3F0D2B" w14:textId="77777777" w:rsidR="00020014" w:rsidRPr="0021407C" w:rsidRDefault="007D1AFF">
      <w:pPr>
        <w:spacing w:after="60"/>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copia del documento di identità del sottoscrittore, salvo sottoscrizione digitale;</w:t>
      </w:r>
    </w:p>
    <w:p w14:paraId="39E8ED3C" w14:textId="77777777" w:rsidR="00020014" w:rsidRPr="0021407C" w:rsidRDefault="007D1AFF">
      <w:pPr>
        <w:spacing w:after="60"/>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copia dello statuto o dell’atto costitutivo, ove pertinente;</w:t>
      </w:r>
    </w:p>
    <w:p w14:paraId="37E1DCA2" w14:textId="77777777" w:rsidR="00020014" w:rsidRPr="0021407C" w:rsidRDefault="007D1AFF">
      <w:pPr>
        <w:spacing w:after="60"/>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breve relazione descrittiva dell’attività svolta;</w:t>
      </w:r>
    </w:p>
    <w:p w14:paraId="6ED9F16A" w14:textId="77777777" w:rsidR="00020014" w:rsidRPr="0021407C" w:rsidRDefault="007D1AFF">
      <w:pPr>
        <w:spacing w:after="60"/>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documentazione attestante il ruolo del sottoscrittore, ove necessaria;</w:t>
      </w:r>
    </w:p>
    <w:p w14:paraId="3A0F630C" w14:textId="77777777" w:rsidR="00020014" w:rsidRPr="0021407C" w:rsidRDefault="007D1AFF">
      <w:pPr>
        <w:spacing w:after="60"/>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curriculum/profilo del rappresentante proposto;</w:t>
      </w:r>
    </w:p>
    <w:p w14:paraId="7B57A0CB" w14:textId="77777777" w:rsidR="00020014" w:rsidRPr="0021407C" w:rsidRDefault="007D1AFF">
      <w:pPr>
        <w:spacing w:after="60"/>
        <w:rPr>
          <w:rFonts w:ascii="Verdana" w:hAnsi="Verdana"/>
          <w:sz w:val="20"/>
          <w:szCs w:val="20"/>
          <w:lang w:val="it-IT"/>
        </w:rPr>
      </w:pPr>
      <w:r w:rsidRPr="0021407C">
        <w:rPr>
          <w:rFonts w:ascii="Segoe UI Symbol" w:hAnsi="Segoe UI Symbol" w:cs="Segoe UI Symbol"/>
          <w:sz w:val="20"/>
          <w:szCs w:val="20"/>
          <w:lang w:val="it-IT"/>
        </w:rPr>
        <w:t>☐</w:t>
      </w:r>
      <w:r w:rsidRPr="0021407C">
        <w:rPr>
          <w:rFonts w:ascii="Verdana" w:hAnsi="Verdana"/>
          <w:sz w:val="20"/>
          <w:szCs w:val="20"/>
          <w:lang w:val="it-IT"/>
        </w:rPr>
        <w:t xml:space="preserve"> altro: _______________________________________________________.</w:t>
      </w:r>
    </w:p>
    <w:p w14:paraId="6BC078FD" w14:textId="77777777" w:rsidR="00020014" w:rsidRPr="0021407C" w:rsidRDefault="007D1AFF">
      <w:pPr>
        <w:rPr>
          <w:rFonts w:ascii="Verdana" w:hAnsi="Verdana"/>
          <w:sz w:val="20"/>
          <w:szCs w:val="20"/>
          <w:lang w:val="it-IT"/>
        </w:rPr>
      </w:pPr>
      <w:r w:rsidRPr="0021407C">
        <w:rPr>
          <w:rFonts w:ascii="Verdana" w:hAnsi="Verdana"/>
          <w:sz w:val="20"/>
          <w:szCs w:val="20"/>
          <w:lang w:val="it-IT"/>
        </w:rPr>
        <w:br/>
        <w:t>Luogo e data: ___________________________</w:t>
      </w:r>
    </w:p>
    <w:p w14:paraId="51EE7BD1" w14:textId="77777777" w:rsidR="00020014" w:rsidRPr="0021407C" w:rsidRDefault="007D1AFF">
      <w:pPr>
        <w:jc w:val="right"/>
        <w:rPr>
          <w:lang w:val="it-IT"/>
        </w:rPr>
      </w:pPr>
      <w:r w:rsidRPr="0021407C">
        <w:rPr>
          <w:rFonts w:ascii="Verdana" w:hAnsi="Verdana"/>
          <w:b/>
          <w:sz w:val="20"/>
          <w:szCs w:val="20"/>
          <w:lang w:val="it-IT"/>
        </w:rPr>
        <w:t>Firma del dichiarante</w:t>
      </w:r>
      <w:r w:rsidRPr="0021407C">
        <w:rPr>
          <w:rFonts w:ascii="Verdana" w:hAnsi="Verdana"/>
          <w:b/>
          <w:sz w:val="20"/>
          <w:szCs w:val="20"/>
          <w:lang w:val="it-IT"/>
        </w:rPr>
        <w:br/>
      </w:r>
      <w:r w:rsidRPr="0021407C">
        <w:rPr>
          <w:rFonts w:ascii="Verdana" w:hAnsi="Verdana"/>
          <w:b/>
          <w:sz w:val="20"/>
          <w:szCs w:val="20"/>
          <w:lang w:val="it-IT"/>
        </w:rPr>
        <w:br/>
      </w:r>
      <w:r w:rsidRPr="0021407C">
        <w:rPr>
          <w:b/>
          <w:lang w:val="it-IT"/>
        </w:rPr>
        <w:t>_______________________________________</w:t>
      </w:r>
    </w:p>
    <w:sectPr w:rsidR="00020014" w:rsidRPr="0021407C" w:rsidSect="00034616">
      <w:footerReference w:type="default" r:id="rId11"/>
      <w:pgSz w:w="12240" w:h="15840"/>
      <w:pgMar w:top="1191"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9891" w14:textId="77777777" w:rsidR="00823754" w:rsidRDefault="00823754">
      <w:pPr>
        <w:spacing w:after="0" w:line="240" w:lineRule="auto"/>
      </w:pPr>
      <w:r>
        <w:separator/>
      </w:r>
    </w:p>
  </w:endnote>
  <w:endnote w:type="continuationSeparator" w:id="0">
    <w:p w14:paraId="486A5B72" w14:textId="77777777" w:rsidR="00823754" w:rsidRDefault="0082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2874" w14:textId="77777777" w:rsidR="00020014" w:rsidRPr="0021407C" w:rsidRDefault="007D1AFF">
    <w:pPr>
      <w:pStyle w:val="Pidipagina"/>
      <w:jc w:val="center"/>
      <w:rPr>
        <w:lang w:val="it-IT"/>
      </w:rPr>
    </w:pPr>
    <w:r w:rsidRPr="0021407C">
      <w:rPr>
        <w:color w:val="787878"/>
        <w:sz w:val="16"/>
        <w:lang w:val="it-IT"/>
      </w:rPr>
      <w:t>Comune di Desio - Avviso Comitato di gemellaggio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E49B1" w14:textId="77777777" w:rsidR="00823754" w:rsidRDefault="00823754">
      <w:pPr>
        <w:spacing w:after="0" w:line="240" w:lineRule="auto"/>
      </w:pPr>
      <w:r>
        <w:separator/>
      </w:r>
    </w:p>
  </w:footnote>
  <w:footnote w:type="continuationSeparator" w:id="0">
    <w:p w14:paraId="62AD7B76" w14:textId="77777777" w:rsidR="00823754" w:rsidRDefault="00823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851837048">
    <w:abstractNumId w:val="8"/>
  </w:num>
  <w:num w:numId="2" w16cid:durableId="819885480">
    <w:abstractNumId w:val="6"/>
  </w:num>
  <w:num w:numId="3" w16cid:durableId="1365593293">
    <w:abstractNumId w:val="5"/>
  </w:num>
  <w:num w:numId="4" w16cid:durableId="429202116">
    <w:abstractNumId w:val="4"/>
  </w:num>
  <w:num w:numId="5" w16cid:durableId="1672877102">
    <w:abstractNumId w:val="7"/>
  </w:num>
  <w:num w:numId="6" w16cid:durableId="1097750383">
    <w:abstractNumId w:val="3"/>
  </w:num>
  <w:num w:numId="7" w16cid:durableId="1617129868">
    <w:abstractNumId w:val="2"/>
  </w:num>
  <w:num w:numId="8" w16cid:durableId="2095398709">
    <w:abstractNumId w:val="1"/>
  </w:num>
  <w:num w:numId="9" w16cid:durableId="315308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014"/>
    <w:rsid w:val="00034616"/>
    <w:rsid w:val="00060021"/>
    <w:rsid w:val="0006063C"/>
    <w:rsid w:val="0015074B"/>
    <w:rsid w:val="00207B1D"/>
    <w:rsid w:val="0021407C"/>
    <w:rsid w:val="0029639D"/>
    <w:rsid w:val="00326F90"/>
    <w:rsid w:val="006A1AE7"/>
    <w:rsid w:val="007D1AFF"/>
    <w:rsid w:val="00823754"/>
    <w:rsid w:val="008A7C7A"/>
    <w:rsid w:val="00946C1F"/>
    <w:rsid w:val="00AA1D8D"/>
    <w:rsid w:val="00B47730"/>
    <w:rsid w:val="00C23DEE"/>
    <w:rsid w:val="00CB0664"/>
    <w:rsid w:val="00CD50E0"/>
    <w:rsid w:val="00EF31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C28B52D-5261-49B5-946A-FB2FE703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59" w:lineRule="auto"/>
    </w:pPr>
    <w:rPr>
      <w:rFonts w:ascii="Aptos" w:eastAsia="Aptos" w:hAnsi="Aptos"/>
      <w:sz w:val="21"/>
    </w:rPr>
  </w:style>
  <w:style w:type="paragraph" w:styleId="Titolo1">
    <w:name w:val="heading 1"/>
    <w:basedOn w:val="Normale"/>
    <w:next w:val="Normale"/>
    <w:link w:val="Titolo1Carattere"/>
    <w:uiPriority w:val="9"/>
    <w:qFormat/>
    <w:rsid w:val="00FC693F"/>
    <w:pPr>
      <w:keepNext/>
      <w:keepLines/>
      <w:spacing w:before="240" w:after="100"/>
      <w:outlineLvl w:val="0"/>
    </w:pPr>
    <w:rPr>
      <w:rFonts w:asciiTheme="majorHAnsi" w:eastAsiaTheme="majorEastAsia" w:hAnsiTheme="majorHAnsi" w:cstheme="majorBidi"/>
      <w:b/>
      <w:bCs/>
      <w:color w:val="1F3C72"/>
      <w:sz w:val="30"/>
      <w:szCs w:val="28"/>
    </w:rPr>
  </w:style>
  <w:style w:type="paragraph" w:styleId="Titolo2">
    <w:name w:val="heading 2"/>
    <w:basedOn w:val="Normale"/>
    <w:next w:val="Normale"/>
    <w:link w:val="Titolo2Carattere"/>
    <w:uiPriority w:val="9"/>
    <w:unhideWhenUsed/>
    <w:qFormat/>
    <w:rsid w:val="00FC693F"/>
    <w:pPr>
      <w:keepNext/>
      <w:keepLines/>
      <w:spacing w:before="160" w:after="100"/>
      <w:outlineLvl w:val="1"/>
    </w:pPr>
    <w:rPr>
      <w:rFonts w:asciiTheme="majorHAnsi" w:eastAsiaTheme="majorEastAsia" w:hAnsiTheme="majorHAnsi" w:cstheme="majorBidi"/>
      <w:b/>
      <w:bCs/>
      <w:color w:val="1F3C72"/>
      <w:sz w:val="25"/>
      <w:szCs w:val="26"/>
    </w:rPr>
  </w:style>
  <w:style w:type="paragraph" w:styleId="Titolo3">
    <w:name w:val="heading 3"/>
    <w:basedOn w:val="Normale"/>
    <w:next w:val="Normale"/>
    <w:link w:val="Titolo3Carattere"/>
    <w:uiPriority w:val="9"/>
    <w:unhideWhenUsed/>
    <w:qFormat/>
    <w:rsid w:val="00FC693F"/>
    <w:pPr>
      <w:keepNext/>
      <w:keepLines/>
      <w:spacing w:before="160" w:after="100"/>
      <w:outlineLvl w:val="2"/>
    </w:pPr>
    <w:rPr>
      <w:rFonts w:asciiTheme="majorHAnsi" w:eastAsiaTheme="majorEastAsia" w:hAnsiTheme="majorHAnsi" w:cstheme="majorBidi"/>
      <w:b/>
      <w:bCs/>
      <w:color w:val="1F3C72"/>
      <w:sz w:val="23"/>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Note"/>
    <w:pPr>
      <w:spacing w:after="80"/>
    </w:pPr>
    <w:rPr>
      <w:rFonts w:ascii="Aptos" w:hAnsi="Aptos"/>
      <w:i/>
      <w:color w:val="5A5A5A"/>
      <w:sz w:val="18"/>
    </w:rPr>
  </w:style>
  <w:style w:type="character" w:styleId="Collegamentoipertestuale">
    <w:name w:val="Hyperlink"/>
    <w:basedOn w:val="Carpredefinitoparagrafo"/>
    <w:uiPriority w:val="99"/>
    <w:unhideWhenUsed/>
    <w:rsid w:val="006A1AE7"/>
    <w:rPr>
      <w:color w:val="0000FF" w:themeColor="hyperlink"/>
      <w:u w:val="single"/>
    </w:rPr>
  </w:style>
  <w:style w:type="character" w:styleId="Menzionenonrisolta">
    <w:name w:val="Unresolved Mention"/>
    <w:basedOn w:val="Carpredefinitoparagrafo"/>
    <w:uiPriority w:val="99"/>
    <w:semiHidden/>
    <w:unhideWhenUsed/>
    <w:rsid w:val="006A1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7B5241AC26EA94EB30DFEB0D176E419" ma:contentTypeVersion="3" ma:contentTypeDescription="Creare un nuovo documento." ma:contentTypeScope="" ma:versionID="edc6ba34a81adaf1401a78fbda0de863">
  <xsd:schema xmlns:xsd="http://www.w3.org/2001/XMLSchema" xmlns:xs="http://www.w3.org/2001/XMLSchema" xmlns:p="http://schemas.microsoft.com/office/2006/metadata/properties" xmlns:ns2="b903ee30-fe90-4e97-8770-54eb97bcb158" targetNamespace="http://schemas.microsoft.com/office/2006/metadata/properties" ma:root="true" ma:fieldsID="453d64e5fad17c43b42dfad1fe90c6f9" ns2:_="">
    <xsd:import namespace="b903ee30-fe90-4e97-8770-54eb97bcb15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3ee30-fe90-4e97-8770-54eb97bcb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C676F-EEA2-401A-A6BE-411CEBABA39C}">
  <ds:schemaRefs>
    <ds:schemaRef ds:uri="http://schemas.microsoft.com/sharepoint/v3/contenttype/forms"/>
  </ds:schemaRefs>
</ds:datastoreItem>
</file>

<file path=customXml/itemProps2.xml><?xml version="1.0" encoding="utf-8"?>
<ds:datastoreItem xmlns:ds="http://schemas.openxmlformats.org/officeDocument/2006/customXml" ds:itemID="{DDD62CCE-6C9F-4CA6-B2E0-708B723B7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3ee30-fe90-4e97-8770-54eb97bcb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FEE794-A301-4DDC-9D2B-56DD474BD0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Roncen</dc:creator>
  <cp:keywords/>
  <dc:description>generated by python-docx</dc:description>
  <cp:lastModifiedBy>Maria Liuni</cp:lastModifiedBy>
  <cp:revision>3</cp:revision>
  <dcterms:created xsi:type="dcterms:W3CDTF">2026-08-05T10:51:00Z</dcterms:created>
  <dcterms:modified xsi:type="dcterms:W3CDTF">2026-08-05T10:51:00Z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0x01010027B5241AC26EA94EB30DFEB0D176E419</vt:lpwstr>
  </property>
</Properties>
</file>